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04" w:rsidRDefault="00C96E0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898888" cy="96342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74" cy="963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04" w:rsidRDefault="00C96E0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96E04" w:rsidRDefault="00C96E0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96E04" w:rsidRDefault="00C96E0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C96E04" w:rsidRDefault="00C96E0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27F91" w:rsidRPr="00C96E04" w:rsidRDefault="00006EBD">
      <w:pPr>
        <w:autoSpaceDE w:val="0"/>
        <w:autoSpaceDN w:val="0"/>
        <w:spacing w:after="0" w:line="230" w:lineRule="auto"/>
        <w:rPr>
          <w:lang w:val="ru-RU"/>
        </w:rPr>
      </w:pPr>
      <w:r w:rsidRPr="00C96E04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27F91" w:rsidRPr="00006EBD" w:rsidRDefault="00006EBD">
      <w:pPr>
        <w:autoSpaceDE w:val="0"/>
        <w:autoSpaceDN w:val="0"/>
        <w:spacing w:before="346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НАУЧНЫЙ, ОБШЕКУЛЬТУРНЫЙ И ОБРАЗОВАТЕЛЬНЫЙ КОНТЕНТ ТЕХНОЛОГИИ </w:t>
      </w:r>
    </w:p>
    <w:p w:rsidR="00D27F91" w:rsidRPr="00006EBD" w:rsidRDefault="00006EBD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D27F91" w:rsidRPr="00006EBD" w:rsidRDefault="00006EBD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D27F91" w:rsidRPr="00006EBD" w:rsidRDefault="00006EBD">
      <w:pPr>
        <w:autoSpaceDE w:val="0"/>
        <w:autoSpaceDN w:val="0"/>
        <w:spacing w:before="72" w:after="0"/>
        <w:ind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Стержнем названной концепции является технология как логическое развитие «метода» в следующих аспектах: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D27F91" w:rsidRPr="00006EBD" w:rsidRDefault="00006EBD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исследованы социальные аспекты технологии.</w:t>
      </w:r>
    </w:p>
    <w:p w:rsidR="00D27F91" w:rsidRPr="00006EBD" w:rsidRDefault="00006EBD">
      <w:pPr>
        <w:autoSpaceDE w:val="0"/>
        <w:autoSpaceDN w:val="0"/>
        <w:spacing w:before="70" w:after="0"/>
        <w:ind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D27F91" w:rsidRPr="00006EBD" w:rsidRDefault="00006EBD">
      <w:pPr>
        <w:autoSpaceDE w:val="0"/>
        <w:autoSpaceDN w:val="0"/>
        <w:spacing w:before="70" w:after="0" w:line="288" w:lineRule="auto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D27F91" w:rsidRPr="00006EBD" w:rsidRDefault="00006EBD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D27F91" w:rsidRPr="00006EBD" w:rsidRDefault="00006EB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является формирование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66" w:line="220" w:lineRule="exact"/>
        <w:rPr>
          <w:lang w:val="ru-RU"/>
        </w:rPr>
      </w:pPr>
    </w:p>
    <w:p w:rsidR="00D27F91" w:rsidRPr="00006EBD" w:rsidRDefault="00006EBD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инструментов и программных сервисов, а также когнитивных инструментов и технологий;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27F91" w:rsidRPr="00006EBD" w:rsidRDefault="00006EB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 подчеркнуть, что именно в технологии реализуются все аспекты фундаментальной для образования категории «знания», а именно: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алгоритмическое (технологическое) знание — знание методов, технологий, приводящих к желаемому результату при соблюдении определённых условий;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явлений и процессов.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применением информационных и цифровых технологий, формирование навыков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66" w:line="220" w:lineRule="exact"/>
        <w:rPr>
          <w:lang w:val="ru-RU"/>
        </w:rPr>
      </w:pPr>
    </w:p>
    <w:p w:rsidR="00D27F91" w:rsidRPr="00006EBD" w:rsidRDefault="00006EBD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:rsidR="00D27F91" w:rsidRPr="00006EBD" w:rsidRDefault="00006EBD">
      <w:pPr>
        <w:autoSpaceDE w:val="0"/>
        <w:autoSpaceDN w:val="0"/>
        <w:spacing w:before="262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</w:p>
    <w:p w:rsidR="00D27F91" w:rsidRPr="00006EBD" w:rsidRDefault="00006EBD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D27F91" w:rsidRPr="00006EBD" w:rsidRDefault="00006EBD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«Производство и технология»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 по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«восходящему» принципу: от умений реализации имеющихся технологий к их оценке и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D27F91" w:rsidRPr="00006EBD" w:rsidRDefault="00006EB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D27F91" w:rsidRPr="00006EBD" w:rsidRDefault="00006EBD">
      <w:pPr>
        <w:autoSpaceDE w:val="0"/>
        <w:autoSpaceDN w:val="0"/>
        <w:spacing w:before="262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ПЛАНЕ.</w:t>
      </w:r>
    </w:p>
    <w:p w:rsidR="00D27F91" w:rsidRPr="00006EBD" w:rsidRDefault="00006EBD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5 классе два часа в неделе, общий объем составляет 68 часов.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86" w:right="658" w:bottom="103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78" w:line="220" w:lineRule="exact"/>
        <w:rPr>
          <w:lang w:val="ru-RU"/>
        </w:rPr>
      </w:pPr>
    </w:p>
    <w:p w:rsidR="00D27F91" w:rsidRPr="00006EBD" w:rsidRDefault="00006EBD">
      <w:pPr>
        <w:autoSpaceDE w:val="0"/>
        <w:autoSpaceDN w:val="0"/>
        <w:spacing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27F91" w:rsidRPr="00006EBD" w:rsidRDefault="00006EBD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D27F91" w:rsidRPr="00006EBD" w:rsidRDefault="00006EBD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Преобразовательная деятельность человека.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Простейшие машины и механизмы.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D27F91" w:rsidRPr="00006EBD" w:rsidRDefault="00006EBD">
      <w:pPr>
        <w:autoSpaceDE w:val="0"/>
        <w:autoSpaceDN w:val="0"/>
        <w:spacing w:before="190" w:after="0" w:line="262" w:lineRule="auto"/>
        <w:ind w:left="180" w:right="28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«Технология обработки материалов и пищевых </w:t>
      </w:r>
      <w:proofErr w:type="spellStart"/>
      <w:proofErr w:type="gramStart"/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продуктов»Раздел</w:t>
      </w:r>
      <w:proofErr w:type="spellEnd"/>
      <w:proofErr w:type="gramEnd"/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. Структура технологии: от материала к изделию.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структуры технологии: действия, операции, этапы. Технологическая карта.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 Технологии и алгоритмы.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Материалы и их свойства.</w:t>
      </w:r>
    </w:p>
    <w:p w:rsidR="00D27F91" w:rsidRPr="00006EBD" w:rsidRDefault="00006EB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Различные изделия из бумаги. Потребность человека в бумаге.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Ткань и её свойства. Изделия из ткани. Виды тканей.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Древесина и её свойства. Древесные материалы и их применение. Изделия из древесины.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Потребность человечества в древесине. Сохранение лесов.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 (пластмассы) и их свойства. Работа с пластмассами.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006EBD">
        <w:rPr>
          <w:lang w:val="ru-RU"/>
        </w:rPr>
        <w:tab/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 в различных технологиях. Природные и синтетические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Композиты и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нанокомпозиты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, их применение. Умные материалы и их применение. Аллотропные соединения углерода.</w:t>
      </w:r>
    </w:p>
    <w:p w:rsidR="00D27F91" w:rsidRPr="00006EBD" w:rsidRDefault="00006EB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Основные ручные инструменты.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Компьютерные инструменты.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Трудовые действия как основные слагаемые технологии.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Измерение и счёт как универсальные трудовые действия. Точность и погрешность измерений.</w:t>
      </w:r>
    </w:p>
    <w:p w:rsidR="00D27F91" w:rsidRPr="00006EBD" w:rsidRDefault="00006EBD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D27F91" w:rsidRPr="00006EBD" w:rsidRDefault="00006EB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Общность и различие действий с различными материалами и пищевыми продуктами.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98" w:right="650" w:bottom="11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78" w:line="220" w:lineRule="exact"/>
        <w:rPr>
          <w:lang w:val="ru-RU"/>
        </w:rPr>
      </w:pPr>
    </w:p>
    <w:p w:rsidR="00D27F91" w:rsidRPr="00006EBD" w:rsidRDefault="00006EBD">
      <w:pPr>
        <w:autoSpaceDE w:val="0"/>
        <w:autoSpaceDN w:val="0"/>
        <w:spacing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27F91" w:rsidRPr="00006EBD" w:rsidRDefault="00006EBD">
      <w:pPr>
        <w:autoSpaceDE w:val="0"/>
        <w:autoSpaceDN w:val="0"/>
        <w:spacing w:before="346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27F91" w:rsidRPr="00006EBD" w:rsidRDefault="00006EBD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D27F91" w:rsidRPr="00006EBD" w:rsidRDefault="00006EBD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D27F91" w:rsidRPr="00006EBD" w:rsidRDefault="00006EBD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D27F91" w:rsidRPr="00006EBD" w:rsidRDefault="00006EBD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D27F91" w:rsidRPr="00006EBD" w:rsidRDefault="00006EBD">
      <w:pPr>
        <w:autoSpaceDE w:val="0"/>
        <w:autoSpaceDN w:val="0"/>
        <w:spacing w:before="264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27F91" w:rsidRPr="00006EBD" w:rsidRDefault="00006EBD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78" w:line="220" w:lineRule="exact"/>
        <w:rPr>
          <w:lang w:val="ru-RU"/>
        </w:rPr>
      </w:pPr>
    </w:p>
    <w:p w:rsidR="00D27F91" w:rsidRPr="00006EBD" w:rsidRDefault="00006EB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27F91" w:rsidRPr="00006EBD" w:rsidRDefault="00006EBD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27F91" w:rsidRPr="00006EBD" w:rsidRDefault="00006EB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D27F91" w:rsidRPr="00006EBD" w:rsidRDefault="00006EBD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78" w:line="220" w:lineRule="exact"/>
        <w:rPr>
          <w:lang w:val="ru-RU"/>
        </w:rPr>
      </w:pPr>
    </w:p>
    <w:p w:rsidR="00D27F91" w:rsidRPr="00006EBD" w:rsidRDefault="00006EBD">
      <w:pPr>
        <w:autoSpaceDE w:val="0"/>
        <w:autoSpaceDN w:val="0"/>
        <w:spacing w:after="0" w:line="262" w:lineRule="auto"/>
        <w:ind w:left="180" w:right="1440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D27F91" w:rsidRPr="00006EBD" w:rsidRDefault="00006EBD">
      <w:pPr>
        <w:autoSpaceDE w:val="0"/>
        <w:autoSpaceDN w:val="0"/>
        <w:spacing w:before="262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для прогрессивного развития общества;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в цифровом социуме;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причины и последствия развития техники и технологий;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виды современных технологий и определять перспективы их развития;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строить учебную и практическую деятельность в соответствии со структурой технологии: этапами, операциями, действиями;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конструировать, оценивать и использовать модели в познавательной и практической деятельности;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сельскохозяйственная продукция);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производственных задач;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оперировать понятием «биотехнология»;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методы очистки воды, использовать фильтрование воды;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«биоэнергетика», «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биометаногенез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D27F91" w:rsidRPr="00006EBD" w:rsidRDefault="00006EBD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познавательную и преобразовательную деятельность человека;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оборудование;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использовать знания, полученные при изучении других учебных предметов, и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сформированные универсальные учебные действия;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инструменты, приспособления и технологическое оборудование;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ручные технологии обработки конструкционных материалов;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хранить пищевые продукты;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продукты, инструменты и оборудование для приготовления блюда;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блюда;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проектировать интерьер помещения с использованием программных сервисов;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составлять последовательность выполнения технологических операций для изготовления швейных изделий;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98" w:right="634" w:bottom="39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78" w:line="220" w:lineRule="exact"/>
        <w:rPr>
          <w:lang w:val="ru-RU"/>
        </w:rPr>
      </w:pPr>
    </w:p>
    <w:p w:rsidR="00D27F91" w:rsidRPr="00006EBD" w:rsidRDefault="00006EBD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простых швейных изделий;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художественное оформление швейных изделий;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свойства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, их использования в технологиях; </w:t>
      </w:r>
      <w:r w:rsidRPr="00006EBD">
        <w:rPr>
          <w:lang w:val="ru-RU"/>
        </w:rPr>
        <w:br/>
      </w:r>
      <w:r w:rsidRPr="00006EBD">
        <w:rPr>
          <w:lang w:val="ru-RU"/>
        </w:rPr>
        <w:tab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познакомиться с физическими основы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использованием для конструирования новых материалов.</w:t>
      </w:r>
    </w:p>
    <w:p w:rsidR="00D27F91" w:rsidRPr="00006EBD" w:rsidRDefault="00D27F91">
      <w:pPr>
        <w:rPr>
          <w:lang w:val="ru-RU"/>
        </w:rPr>
        <w:sectPr w:rsidR="00D27F91" w:rsidRPr="00006EBD">
          <w:pgSz w:w="11900" w:h="16840"/>
          <w:pgMar w:top="298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D27F91" w:rsidRPr="00006EBD" w:rsidRDefault="00D27F91">
      <w:pPr>
        <w:autoSpaceDE w:val="0"/>
        <w:autoSpaceDN w:val="0"/>
        <w:spacing w:after="64" w:line="220" w:lineRule="exact"/>
        <w:rPr>
          <w:lang w:val="ru-RU"/>
        </w:rPr>
      </w:pPr>
    </w:p>
    <w:p w:rsidR="00D27F91" w:rsidRDefault="00006EBD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34"/>
        <w:gridCol w:w="528"/>
        <w:gridCol w:w="1104"/>
        <w:gridCol w:w="1142"/>
        <w:gridCol w:w="924"/>
        <w:gridCol w:w="5774"/>
        <w:gridCol w:w="1118"/>
        <w:gridCol w:w="2582"/>
      </w:tblGrid>
      <w:tr w:rsidR="00D27F9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27F91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</w:tr>
      <w:tr w:rsidR="00D27F9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Производство и технология</w:t>
            </w:r>
          </w:p>
        </w:tc>
      </w:tr>
      <w:tr w:rsidR="00D27F91" w:rsidRPr="00C96E04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8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Преобразовательная деятельность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02.09.2022 16.09.2022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80" w:after="0" w:line="245" w:lineRule="auto"/>
              <w:ind w:left="72" w:right="288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познавательную и преобразовательную деятельность человека; выделять простейшие элементы различных моделей;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006EB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D27F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Алгоритмы и начала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17.09.2022 30.09.2022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выделять алгоритмы среди других предписаний; формулировать свойства алгоритмов;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D27F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Простейшие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01.10.2022 07.10.2022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планирование пути достижения целей, выбор наиболее эффективных способов решения поставленной задачи;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D27F91" w:rsidRPr="00C96E04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Простейшие машины и механизмы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08.10.2022 28.10.2022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виды механических движений;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006EB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D27F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Механические, </w:t>
            </w:r>
            <w:proofErr w:type="gramStart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электро-технические</w:t>
            </w:r>
            <w:proofErr w:type="gram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робото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-технические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29.10.2022 31.10.2022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детали конструктора и знать их назначение;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D27F91" w:rsidRPr="00C96E0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Простые механические модели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07.11.2022 09.12.2022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сборка простых механических моделей с использованием цилиндрической передачи, конической передачи, червячной передачи, ременной передачи, кулисы;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006EB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D27F91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модели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10.12.2022 31.12.2022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сборка простых механических моделей с элементами управления;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D27F91">
        <w:trPr>
          <w:trHeight w:hRule="exact" w:val="348"/>
        </w:trPr>
        <w:tc>
          <w:tcPr>
            <w:tcW w:w="233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64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</w:tr>
      <w:tr w:rsidR="00D27F91" w:rsidRPr="00C96E0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006EB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27F91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Структура технологии: от материала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09.01.2023 27.01.2023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виды деятельности в процессе создания технологии;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</w:tbl>
    <w:p w:rsidR="00D27F91" w:rsidRDefault="00D27F91">
      <w:pPr>
        <w:autoSpaceDE w:val="0"/>
        <w:autoSpaceDN w:val="0"/>
        <w:spacing w:after="0" w:line="14" w:lineRule="exact"/>
      </w:pPr>
    </w:p>
    <w:p w:rsidR="00D27F91" w:rsidRDefault="00D27F91">
      <w:pPr>
        <w:sectPr w:rsidR="00D27F91">
          <w:pgSz w:w="16840" w:h="11900"/>
          <w:pgMar w:top="282" w:right="640" w:bottom="4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27F91" w:rsidRDefault="00D27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34"/>
        <w:gridCol w:w="528"/>
        <w:gridCol w:w="1104"/>
        <w:gridCol w:w="1142"/>
        <w:gridCol w:w="924"/>
        <w:gridCol w:w="5774"/>
        <w:gridCol w:w="1118"/>
        <w:gridCol w:w="2582"/>
      </w:tblGrid>
      <w:tr w:rsidR="00D27F91" w:rsidRPr="00C96E0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Материалы и изделия. Пищевые продукты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28.01.2023 04.03.2023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52" w:lineRule="auto"/>
              <w:ind w:left="72" w:right="1008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свойства бумаги и области её использования; называть основные свойства ткани и области её использования; называть основные свойства древесины и области её использования; называть основные свойства металлов и области их использования; сравнивать свойства бумаги, ткани, дерева, металла;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006EB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D27F91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Современные материалы и их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05.03.2023 31.03.2023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основные свойства современных материалов и области их использования; сравнивать свойства бумаги, ткани, дерева, металла со свойствами доступных учащимся видов пластмасс;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https://resh.edu.ru/subject/48/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https://www.trudoviki.net/publ/uroki/2 https://catalog.prosv.ru/category/</w:t>
            </w:r>
          </w:p>
        </w:tc>
      </w:tr>
      <w:tr w:rsidR="00D27F91" w:rsidRPr="00C96E04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ручные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01.04.2023 31.05.2023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назначение инструментов для работы с данным материалом; оценивать эффективность использования данного инструмента;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выбирать инструменты, необходимые для изготовления данного изделия; создавать с помощью инструментов простейшие изделия из бумаги, ткани, древесины, железа;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/48/ </w:t>
            </w:r>
            <w:r w:rsidRPr="00006EB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trudoviki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publ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uroki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prosv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category</w:t>
            </w: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D27F91">
        <w:trPr>
          <w:trHeight w:hRule="exact" w:val="348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6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</w:tr>
      <w:tr w:rsidR="00D27F91">
        <w:trPr>
          <w:trHeight w:hRule="exact" w:val="520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398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</w:tr>
    </w:tbl>
    <w:p w:rsidR="00D27F91" w:rsidRDefault="00D27F91">
      <w:pPr>
        <w:autoSpaceDE w:val="0"/>
        <w:autoSpaceDN w:val="0"/>
        <w:spacing w:after="0" w:line="14" w:lineRule="exact"/>
      </w:pPr>
    </w:p>
    <w:p w:rsidR="00D27F91" w:rsidRDefault="00D27F91">
      <w:pPr>
        <w:sectPr w:rsidR="00D27F9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27F91" w:rsidRDefault="00D27F91">
      <w:pPr>
        <w:autoSpaceDE w:val="0"/>
        <w:autoSpaceDN w:val="0"/>
        <w:spacing w:after="78" w:line="220" w:lineRule="exact"/>
      </w:pPr>
    </w:p>
    <w:p w:rsidR="00D27F91" w:rsidRDefault="00006EBD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27F9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27F91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91" w:rsidRDefault="00D27F91"/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техносфера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техносфера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технология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технология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Преобразовательная деятельность человека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техника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Инструменты, механизмы и технические устройства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технической системе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технической системе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Роботы и робототехника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Роботы и робототехника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машин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машин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сложные механизмы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сложные механизмы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27F91" w:rsidRDefault="00D27F91">
      <w:pPr>
        <w:autoSpaceDE w:val="0"/>
        <w:autoSpaceDN w:val="0"/>
        <w:spacing w:after="0" w:line="14" w:lineRule="exact"/>
      </w:pPr>
    </w:p>
    <w:p w:rsidR="00D27F91" w:rsidRDefault="00D27F91">
      <w:pPr>
        <w:sectPr w:rsidR="00D27F91">
          <w:pgSz w:w="11900" w:h="16840"/>
          <w:pgMar w:top="298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7F91" w:rsidRDefault="00D27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Простейшие машины и механизмы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механические модели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механические модели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 характеристики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передаточных механизмов.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 характеристики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передаточных механизмов.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Цилиндрическая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Цилиндрическая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Коническая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Коническая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Червячная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Червячная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Ременная передача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механические модели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такое энергия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энергии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Двигатели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двигателей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Технологии получения, преобразования и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использования энергии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D27F91" w:rsidRDefault="00D27F91">
      <w:pPr>
        <w:autoSpaceDE w:val="0"/>
        <w:autoSpaceDN w:val="0"/>
        <w:spacing w:after="0" w:line="14" w:lineRule="exact"/>
      </w:pPr>
    </w:p>
    <w:p w:rsidR="00D27F91" w:rsidRDefault="00D27F91">
      <w:pPr>
        <w:sectPr w:rsidR="00D27F91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7F91" w:rsidRDefault="00D27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Проектная деятельность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Проектная деятельность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этапы творческой проектной деятельности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этапы творческой проектной деятельности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материалов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материалов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Натуральные, искусственные и синтетические материалы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Натуральные, искусственные и синтетические материалы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Конструкционные материалы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Конструкционные материалы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Сырьё как предмет труда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Промышленное сырьё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Вторичное сырьё и полуфабрикаты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Материалы и изделия. Пищевые продукты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Современные материалы и их свойства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proofErr w:type="spellStart"/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Наноструктуры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их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в различных технологиях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71" w:lineRule="auto"/>
              <w:ind w:left="72" w:right="1152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Композиты и </w:t>
            </w:r>
            <w:r w:rsidRPr="00006EBD">
              <w:rPr>
                <w:lang w:val="ru-RU"/>
              </w:rPr>
              <w:br/>
            </w:r>
            <w:proofErr w:type="spellStart"/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нанокомпозиты</w:t>
            </w:r>
            <w:proofErr w:type="spellEnd"/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их применение.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27F91" w:rsidRDefault="00D27F91">
      <w:pPr>
        <w:autoSpaceDE w:val="0"/>
        <w:autoSpaceDN w:val="0"/>
        <w:spacing w:after="0" w:line="14" w:lineRule="exact"/>
      </w:pPr>
    </w:p>
    <w:p w:rsidR="00D27F91" w:rsidRDefault="00D27F91">
      <w:pPr>
        <w:sectPr w:rsidR="00D27F91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7F91" w:rsidRDefault="00D27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64"/>
        <w:gridCol w:w="1646"/>
      </w:tblGrid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Умные материалы и их применение.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Аллотропные соединения углерода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Столярные инструменты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Столярные инструменты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технологии обработки древесных материалов ручными инструментами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столярных операций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столярных операций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Слесарные инструменты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Слесарные инструменты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технологии обработки металлов и пластмасс ручными </w:t>
            </w:r>
            <w:r w:rsidRPr="00006EBD">
              <w:rPr>
                <w:lang w:val="ru-RU"/>
              </w:rPr>
              <w:br/>
            </w: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слесарных операций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Выполнение слесарных операций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ручные инструменты.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Технологии пластического формования материалов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Станки с ЧПУ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27F9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Станки с ЧПУ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27F91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Pr="00006EBD" w:rsidRDefault="00006E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06E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006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7F91" w:rsidRDefault="00D27F91"/>
        </w:tc>
      </w:tr>
    </w:tbl>
    <w:p w:rsidR="00D27F91" w:rsidRDefault="00D27F91">
      <w:pPr>
        <w:autoSpaceDE w:val="0"/>
        <w:autoSpaceDN w:val="0"/>
        <w:spacing w:after="0" w:line="14" w:lineRule="exact"/>
      </w:pPr>
    </w:p>
    <w:p w:rsidR="00D27F91" w:rsidRDefault="00D27F91">
      <w:pPr>
        <w:sectPr w:rsidR="00D27F91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7F91" w:rsidRDefault="00D27F91" w:rsidP="00006EBD">
      <w:pPr>
        <w:autoSpaceDE w:val="0"/>
        <w:autoSpaceDN w:val="0"/>
        <w:spacing w:after="78" w:line="220" w:lineRule="exact"/>
      </w:pPr>
    </w:p>
    <w:p w:rsidR="00D27F91" w:rsidRDefault="00006EBD" w:rsidP="00006EB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27F91" w:rsidRDefault="00006EBD" w:rsidP="00006EBD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27F91" w:rsidRPr="00006EBD" w:rsidRDefault="00006EBD" w:rsidP="00006EBD">
      <w:pPr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Технология. 5 класс/Казакевич В.М., Пичугина Г.В.,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Семёнова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Г.Ю. и другие; под редакцией Казакевича В.М., Акционерное общество «Издательство «Просвещение»; </w:t>
      </w:r>
      <w:r w:rsidRPr="00006EBD">
        <w:rPr>
          <w:lang w:val="ru-RU"/>
        </w:rPr>
        <w:br/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27F91" w:rsidRPr="00006EBD" w:rsidRDefault="00006EBD" w:rsidP="00006EBD">
      <w:pPr>
        <w:autoSpaceDE w:val="0"/>
        <w:autoSpaceDN w:val="0"/>
        <w:spacing w:before="262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27F91" w:rsidRPr="00006EBD" w:rsidRDefault="00006EBD" w:rsidP="00006EBD">
      <w:pPr>
        <w:autoSpaceDE w:val="0"/>
        <w:autoSpaceDN w:val="0"/>
        <w:spacing w:before="166" w:after="0" w:line="281" w:lineRule="auto"/>
        <w:ind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irooo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/344-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metodicheskie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materialy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ispolzovaniyu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federalnogo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perechnya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uchebnikov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/4413-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rekomendatsii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ispol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zovaniyu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umk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iz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dejstvuyushchego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federal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nogo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perechnya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perekhode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obnovlennye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fgos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06EB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/48/ </w:t>
      </w:r>
      <w:r w:rsidRPr="00006EB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trudoviki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publ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uroki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/2</w:t>
      </w:r>
    </w:p>
    <w:p w:rsidR="00D27F91" w:rsidRPr="00006EBD" w:rsidRDefault="00006EBD" w:rsidP="00006EBD">
      <w:pPr>
        <w:autoSpaceDE w:val="0"/>
        <w:autoSpaceDN w:val="0"/>
        <w:spacing w:before="262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27F91" w:rsidRPr="00006EBD" w:rsidRDefault="00006EBD" w:rsidP="00006EBD">
      <w:pPr>
        <w:autoSpaceDE w:val="0"/>
        <w:autoSpaceDN w:val="0"/>
        <w:spacing w:before="166" w:after="0" w:line="271" w:lineRule="auto"/>
        <w:ind w:right="676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category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006EB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/48/ </w:t>
      </w:r>
      <w:r w:rsidRPr="00006EB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trudoviki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publ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uroki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/2</w:t>
      </w:r>
    </w:p>
    <w:p w:rsidR="00D27F91" w:rsidRPr="00006EBD" w:rsidRDefault="00D27F91" w:rsidP="00006EBD">
      <w:pPr>
        <w:autoSpaceDE w:val="0"/>
        <w:autoSpaceDN w:val="0"/>
        <w:spacing w:after="78" w:line="220" w:lineRule="exact"/>
        <w:rPr>
          <w:lang w:val="ru-RU"/>
        </w:rPr>
      </w:pPr>
    </w:p>
    <w:p w:rsidR="00D27F91" w:rsidRPr="00006EBD" w:rsidRDefault="00006EBD" w:rsidP="00006EBD">
      <w:pPr>
        <w:autoSpaceDE w:val="0"/>
        <w:autoSpaceDN w:val="0"/>
        <w:spacing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27F91" w:rsidRPr="00006EBD" w:rsidRDefault="00006EBD" w:rsidP="00006EBD">
      <w:pPr>
        <w:autoSpaceDE w:val="0"/>
        <w:autoSpaceDN w:val="0"/>
        <w:spacing w:before="346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06EBD" w:rsidRDefault="00006EBD" w:rsidP="00006EBD">
      <w:pPr>
        <w:autoSpaceDE w:val="0"/>
        <w:autoSpaceDN w:val="0"/>
        <w:spacing w:before="166"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Мультимедийные моделирующие и обучающие программы, электронные учебники по основным разделам технологии. Компьютерный класс </w:t>
      </w:r>
      <w:proofErr w:type="gram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в доступом</w:t>
      </w:r>
      <w:proofErr w:type="gram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в интернет. Мультимедийный проектор, </w:t>
      </w:r>
    </w:p>
    <w:p w:rsidR="00D27F91" w:rsidRPr="00006EBD" w:rsidRDefault="00006EBD" w:rsidP="00006EBD">
      <w:pPr>
        <w:autoSpaceDE w:val="0"/>
        <w:autoSpaceDN w:val="0"/>
        <w:spacing w:before="166" w:after="0" w:line="271" w:lineRule="auto"/>
        <w:rPr>
          <w:lang w:val="ru-RU"/>
        </w:rPr>
      </w:pP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экран для проектора.</w:t>
      </w:r>
    </w:p>
    <w:p w:rsidR="00D27F91" w:rsidRPr="00006EBD" w:rsidRDefault="00006EBD" w:rsidP="00006EBD">
      <w:pPr>
        <w:autoSpaceDE w:val="0"/>
        <w:autoSpaceDN w:val="0"/>
        <w:spacing w:before="262" w:after="0" w:line="230" w:lineRule="auto"/>
        <w:rPr>
          <w:lang w:val="ru-RU"/>
        </w:rPr>
      </w:pPr>
      <w:r w:rsidRPr="00006EB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D27F91" w:rsidRPr="00006EBD" w:rsidRDefault="00006EBD" w:rsidP="00006EBD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proofErr w:type="gram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Рабочее место</w:t>
      </w:r>
      <w:proofErr w:type="gram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оборудованное верстаком (столярным и слесарным). Набор столярного и слесарного инструмента по количеству верстаков. Токарный станок, токарно-винторезный станок, сверлильный станок,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принтер, </w:t>
      </w:r>
      <w:proofErr w:type="spellStart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>филамент</w:t>
      </w:r>
      <w:proofErr w:type="spellEnd"/>
      <w:r w:rsidRPr="00006EBD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разного типа.</w:t>
      </w:r>
    </w:p>
    <w:p w:rsidR="00D27F91" w:rsidRDefault="00D27F91" w:rsidP="00006EBD">
      <w:pPr>
        <w:rPr>
          <w:lang w:val="ru-RU"/>
        </w:rPr>
      </w:pPr>
    </w:p>
    <w:p w:rsidR="00006EBD" w:rsidRDefault="00006EBD" w:rsidP="00006EBD">
      <w:pPr>
        <w:rPr>
          <w:lang w:val="ru-RU"/>
        </w:rPr>
      </w:pPr>
    </w:p>
    <w:p w:rsidR="00006EBD" w:rsidRDefault="00006EBD" w:rsidP="00006EBD">
      <w:pPr>
        <w:rPr>
          <w:lang w:val="ru-RU"/>
        </w:rPr>
      </w:pPr>
    </w:p>
    <w:p w:rsidR="00006EBD" w:rsidRDefault="00006EBD" w:rsidP="00006EBD">
      <w:pPr>
        <w:rPr>
          <w:lang w:val="ru-RU"/>
        </w:rPr>
      </w:pPr>
    </w:p>
    <w:p w:rsidR="00006EBD" w:rsidRDefault="00006EBD" w:rsidP="00006EBD">
      <w:pPr>
        <w:rPr>
          <w:lang w:val="ru-RU"/>
        </w:rPr>
      </w:pPr>
    </w:p>
    <w:p w:rsidR="00006EBD" w:rsidRDefault="00006EBD">
      <w:pPr>
        <w:rPr>
          <w:lang w:val="ru-RU"/>
        </w:rPr>
      </w:pPr>
    </w:p>
    <w:p w:rsidR="00006EBD" w:rsidRDefault="00006EBD">
      <w:pPr>
        <w:rPr>
          <w:lang w:val="ru-RU"/>
        </w:rPr>
      </w:pPr>
    </w:p>
    <w:sectPr w:rsidR="00006EB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6EBD"/>
    <w:rsid w:val="00034616"/>
    <w:rsid w:val="0006063C"/>
    <w:rsid w:val="0015074B"/>
    <w:rsid w:val="0029639D"/>
    <w:rsid w:val="00326F90"/>
    <w:rsid w:val="006F64F4"/>
    <w:rsid w:val="00AA1D8D"/>
    <w:rsid w:val="00B47730"/>
    <w:rsid w:val="00C96E04"/>
    <w:rsid w:val="00CB0664"/>
    <w:rsid w:val="00D27F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B9661D4-D9B5-4437-B348-233383F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F6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F6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2D0C07-4AD6-465D-91BF-76F0426F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4536</Words>
  <Characters>25861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2023-06-13T05:30:00Z</cp:lastPrinted>
  <dcterms:created xsi:type="dcterms:W3CDTF">2022-10-13T18:01:00Z</dcterms:created>
  <dcterms:modified xsi:type="dcterms:W3CDTF">2023-06-15T05:46:00Z</dcterms:modified>
</cp:coreProperties>
</file>